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הסיפור ואת הדמות הראשית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מהסיפור ולהשתמש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אירועי הסיפור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אבן מאירה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מתחיל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האבן מאירה דווקא בחושך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אוצר מילים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עם הרבה 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(חפץ קשה מהטבע)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(נותנת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(כשאין אור, 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יוצאת לטייל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מאיה מוצאת אבן מיוחדת שמאירה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הלכה ביער, מצאה אבן מאירה ועזרה לארנב למצוא את הדרך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מאיה,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אבן מאירה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בעזרת אור האבן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פעם נוספת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על חלק ההתאמה בזוגות כדי לחזק את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ציור חופשי לצד הכתיבה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הסיפור על מאיה שיוצאת ליער ומוצאת אבן מיוחדת שמאירה בחושך. נענה על שאלות, נסדר את האירועים ונלמד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אבן  ·  יער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הגיבורה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מאיה מוצאת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אבן מאירה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פרח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ציפור זהובה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הולכת ביער ומוצאת אבן מיוחדת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האבן מאירה רק באמצע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אוצר מילים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מאיה מוצאת __________ מיוחדת שמאירה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הסיפור מתרחש ב__________ ירוק ומלא עצים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יַעַר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כשאין אור,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אֶבֶן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עם הרבה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מְאִירָה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חפץ קשה מהטבע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חֲשֵׁכָה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נותנת 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מוצאת אבן מיוחדת שמאירה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יוצאת לטייל ביער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בכמה משפטים מה קרה למאיה ביער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הגיבורה של הסיפור ואיפה היא נמצאת?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מאיה מוצאת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מאיה והאבן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